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1041F" w14:textId="01CF45B1" w:rsidR="001F75E3" w:rsidRDefault="001F75E3">
      <w:pPr>
        <w:pStyle w:val="Title"/>
        <w:jc w:val="center"/>
      </w:pPr>
      <w:r>
        <w:rPr>
          <w:b/>
          <w:noProof/>
        </w:rPr>
        <w:drawing>
          <wp:inline distT="0" distB="0" distL="0" distR="0" wp14:anchorId="07B159D7" wp14:editId="2B23ACE2">
            <wp:extent cx="1962150" cy="1962150"/>
            <wp:effectExtent l="0" t="0" r="0" b="0"/>
            <wp:docPr id="1381009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09536" name="Picture 1381009536"/>
                    <pic:cNvPicPr/>
                  </pic:nvPicPr>
                  <pic:blipFill>
                    <a:blip r:embed="rId8"/>
                    <a:stretch>
                      <a:fillRect/>
                    </a:stretch>
                  </pic:blipFill>
                  <pic:spPr>
                    <a:xfrm>
                      <a:off x="0" y="0"/>
                      <a:ext cx="1962150" cy="1962150"/>
                    </a:xfrm>
                    <a:prstGeom prst="rect">
                      <a:avLst/>
                    </a:prstGeom>
                  </pic:spPr>
                </pic:pic>
              </a:graphicData>
            </a:graphic>
          </wp:inline>
        </w:drawing>
      </w:r>
    </w:p>
    <w:p w14:paraId="4E62D698" w14:textId="34442BE8" w:rsidR="00AE5A2E" w:rsidRPr="00AE5A2E" w:rsidRDefault="00AE5A2E" w:rsidP="00AE5A2E">
      <w:pPr>
        <w:pStyle w:val="Title"/>
        <w:jc w:val="center"/>
        <w:rPr>
          <w:rFonts w:ascii="Arial Narrow" w:hAnsi="Arial Narrow"/>
          <w:sz w:val="28"/>
          <w:szCs w:val="28"/>
        </w:rPr>
      </w:pPr>
      <w:r w:rsidRPr="00AE5A2E">
        <w:rPr>
          <w:rFonts w:ascii="Arial Narrow" w:hAnsi="Arial Narrow"/>
          <w:sz w:val="28"/>
          <w:szCs w:val="28"/>
        </w:rPr>
        <w:t xml:space="preserve">We are dedicated to empowering individuals to improve their overall wellbeing, achieve their personal goals, and build a more secure future. Through our wellness </w:t>
      </w:r>
      <w:r w:rsidR="00E677D1" w:rsidRPr="00AE5A2E">
        <w:rPr>
          <w:rFonts w:ascii="Arial Narrow" w:hAnsi="Arial Narrow"/>
          <w:sz w:val="28"/>
          <w:szCs w:val="28"/>
        </w:rPr>
        <w:t>program</w:t>
      </w:r>
      <w:r w:rsidRPr="00AE5A2E">
        <w:rPr>
          <w:rFonts w:ascii="Arial Narrow" w:hAnsi="Arial Narrow"/>
          <w:sz w:val="28"/>
          <w:szCs w:val="28"/>
        </w:rPr>
        <w:t>, personal development services, and support solutions, we provide practical guidance and resources designed to help people live healthier, happier, and more balanced lives.</w:t>
      </w:r>
    </w:p>
    <w:p w14:paraId="40CF608E" w14:textId="7F64856B" w:rsidR="00AE5A2E" w:rsidRPr="00AE5A2E" w:rsidRDefault="00AE5A2E" w:rsidP="00AE5A2E">
      <w:pPr>
        <w:pStyle w:val="Title"/>
        <w:jc w:val="center"/>
        <w:rPr>
          <w:rFonts w:ascii="Arial Narrow" w:hAnsi="Arial Narrow"/>
          <w:sz w:val="28"/>
          <w:szCs w:val="28"/>
        </w:rPr>
      </w:pPr>
      <w:r w:rsidRPr="00AE5A2E">
        <w:rPr>
          <w:rFonts w:ascii="Arial Narrow" w:hAnsi="Arial Narrow"/>
          <w:sz w:val="28"/>
          <w:szCs w:val="28"/>
        </w:rPr>
        <w:t xml:space="preserve">Our commitment is to deliver professional, confidential, and </w:t>
      </w:r>
      <w:r w:rsidR="00E677D1" w:rsidRPr="00AE5A2E">
        <w:rPr>
          <w:rFonts w:ascii="Arial Narrow" w:hAnsi="Arial Narrow"/>
          <w:sz w:val="28"/>
          <w:szCs w:val="28"/>
        </w:rPr>
        <w:t>personalized</w:t>
      </w:r>
      <w:r w:rsidRPr="00AE5A2E">
        <w:rPr>
          <w:rFonts w:ascii="Arial Narrow" w:hAnsi="Arial Narrow"/>
          <w:sz w:val="28"/>
          <w:szCs w:val="28"/>
        </w:rPr>
        <w:t xml:space="preserve"> services with integrity, compassion, and excellence, ensuring that every individual receives the support they need to grow and succeed.</w:t>
      </w:r>
    </w:p>
    <w:p w14:paraId="6D835428" w14:textId="77777777" w:rsidR="001F75E3" w:rsidRDefault="001F75E3">
      <w:pPr>
        <w:pStyle w:val="Title"/>
        <w:jc w:val="center"/>
      </w:pPr>
    </w:p>
    <w:p w14:paraId="0E116880" w14:textId="5927F8DE" w:rsidR="00F82805" w:rsidRDefault="005C6F12">
      <w:pPr>
        <w:pStyle w:val="Title"/>
        <w:jc w:val="center"/>
      </w:pPr>
      <w:r>
        <w:t>PROGRAM REGISTRATION PACK</w:t>
      </w:r>
    </w:p>
    <w:p w14:paraId="4CE2A3E8" w14:textId="43C9EE8A" w:rsidR="00F82805" w:rsidRDefault="005C6F12">
      <w:pPr>
        <w:jc w:val="center"/>
      </w:pPr>
      <w:r>
        <w:rPr>
          <w:b/>
        </w:rPr>
        <w:br/>
      </w:r>
      <w:r>
        <w:t>Participant Registration • POPIA Consent • Program Agreement</w:t>
      </w:r>
    </w:p>
    <w:p w14:paraId="2DB6D7F8" w14:textId="77777777" w:rsidR="00F82805" w:rsidRDefault="005C6F12">
      <w:pPr>
        <w:pStyle w:val="Heading1"/>
      </w:pPr>
      <w:r>
        <w:t>Section A: Personal Details</w:t>
      </w:r>
    </w:p>
    <w:p w14:paraId="5A881305" w14:textId="77777777" w:rsidR="00F82805" w:rsidRDefault="005C6F12">
      <w:r>
        <w:t>Full Name: __________________________</w:t>
      </w:r>
    </w:p>
    <w:p w14:paraId="314E7D0F" w14:textId="77777777" w:rsidR="00F82805" w:rsidRDefault="005C6F12">
      <w:r>
        <w:t>ID/Passport: ________________________</w:t>
      </w:r>
    </w:p>
    <w:p w14:paraId="2B2084EA" w14:textId="77777777" w:rsidR="00F82805" w:rsidRDefault="005C6F12">
      <w:r>
        <w:t>Date of Birth: ______________________</w:t>
      </w:r>
    </w:p>
    <w:p w14:paraId="1997BE08" w14:textId="77777777" w:rsidR="00F82805" w:rsidRDefault="005C6F12">
      <w:r>
        <w:t>Gender: _____________________________</w:t>
      </w:r>
    </w:p>
    <w:p w14:paraId="6D61F525" w14:textId="77777777" w:rsidR="00F82805" w:rsidRDefault="005C6F12">
      <w:r>
        <w:t>Nationality: ________________________</w:t>
      </w:r>
    </w:p>
    <w:p w14:paraId="62068E24" w14:textId="77777777" w:rsidR="00F82805" w:rsidRDefault="005C6F12">
      <w:r>
        <w:t>Address:</w:t>
      </w:r>
      <w:r>
        <w:br/>
        <w:t>________________________________</w:t>
      </w:r>
      <w:r>
        <w:br/>
        <w:t>________________________________</w:t>
      </w:r>
    </w:p>
    <w:p w14:paraId="3087E51A" w14:textId="77777777" w:rsidR="00F82805" w:rsidRDefault="005C6F12">
      <w:r>
        <w:t>Email: _____________________________</w:t>
      </w:r>
    </w:p>
    <w:p w14:paraId="686CF11B" w14:textId="77777777" w:rsidR="00F82805" w:rsidRDefault="005C6F12">
      <w:r>
        <w:t>Mobile: ____________________________</w:t>
      </w:r>
    </w:p>
    <w:p w14:paraId="7E1C8B2E" w14:textId="77777777" w:rsidR="00E677D1" w:rsidRDefault="00E677D1">
      <w:pPr>
        <w:pStyle w:val="Heading1"/>
      </w:pPr>
    </w:p>
    <w:p w14:paraId="366A90C5" w14:textId="3655369A" w:rsidR="00F82805" w:rsidRDefault="005C6F12">
      <w:pPr>
        <w:pStyle w:val="Heading1"/>
      </w:pPr>
      <w:r>
        <w:t>Section B: Emergency Contact</w:t>
      </w:r>
    </w:p>
    <w:p w14:paraId="1A3E6441" w14:textId="77777777" w:rsidR="00F369B7" w:rsidRPr="00F369B7" w:rsidRDefault="00F369B7" w:rsidP="00F369B7"/>
    <w:p w14:paraId="3140A7FD" w14:textId="77777777" w:rsidR="00F82805" w:rsidRDefault="005C6F12">
      <w:r>
        <w:t>Name: ______________________________</w:t>
      </w:r>
    </w:p>
    <w:p w14:paraId="18796742" w14:textId="77777777" w:rsidR="00F82805" w:rsidRDefault="005C6F12">
      <w:r>
        <w:t>Relationship: ______________________</w:t>
      </w:r>
    </w:p>
    <w:p w14:paraId="047B1A5C" w14:textId="77777777" w:rsidR="00F82805" w:rsidRDefault="005C6F12">
      <w:r>
        <w:t>Phone: _____________________________</w:t>
      </w:r>
    </w:p>
    <w:p w14:paraId="450BFC7C" w14:textId="77777777" w:rsidR="005C6F12" w:rsidRDefault="005C6F12" w:rsidP="00F369B7">
      <w:pPr>
        <w:pStyle w:val="Heading1"/>
      </w:pPr>
    </w:p>
    <w:p w14:paraId="6C214525" w14:textId="32BE2E89" w:rsidR="00F369B7" w:rsidRDefault="005C6F12" w:rsidP="00F369B7">
      <w:pPr>
        <w:pStyle w:val="Heading1"/>
      </w:pPr>
      <w:r>
        <w:t>Section C: Program Information</w:t>
      </w:r>
    </w:p>
    <w:p w14:paraId="2F369756" w14:textId="77777777" w:rsidR="00F369B7" w:rsidRPr="00F369B7" w:rsidRDefault="00F369B7" w:rsidP="00F369B7"/>
    <w:p w14:paraId="2D831113" w14:textId="4583392A" w:rsidR="00F82805" w:rsidRDefault="005C6F12">
      <w:r>
        <w:t>Program: ___</w:t>
      </w:r>
      <w:r w:rsidR="00F369B7" w:rsidRPr="00484F0B">
        <w:rPr>
          <w:u w:val="single"/>
        </w:rPr>
        <w:t>TheStoryWithinMe</w:t>
      </w:r>
      <w:r w:rsidRPr="00484F0B">
        <w:rPr>
          <w:u w:val="single"/>
        </w:rPr>
        <w:t>_________________________</w:t>
      </w:r>
    </w:p>
    <w:p w14:paraId="082C5DAC" w14:textId="47A2E181" w:rsidR="00F369B7" w:rsidRDefault="00F369B7" w:rsidP="00F369B7">
      <w:r>
        <w:t>Inclusions</w:t>
      </w:r>
      <w:r w:rsidR="005C6F12">
        <w:t>: ___</w:t>
      </w:r>
      <w:r w:rsidRPr="00484F0B">
        <w:rPr>
          <w:u w:val="single"/>
        </w:rPr>
        <w:t>Complete Benefits</w:t>
      </w:r>
      <w:r w:rsidR="005C6F12">
        <w:t>_________________________</w:t>
      </w:r>
    </w:p>
    <w:p w14:paraId="1C1C1983" w14:textId="77777777" w:rsidR="00F369B7" w:rsidRDefault="00F369B7" w:rsidP="00F369B7"/>
    <w:p w14:paraId="3B4F9012" w14:textId="77777777" w:rsidR="00F369B7" w:rsidRDefault="00F369B7" w:rsidP="00F369B7"/>
    <w:p w14:paraId="78D5D5A3" w14:textId="61B8C361" w:rsidR="00F82805" w:rsidRDefault="005C6F12">
      <w:pPr>
        <w:pStyle w:val="Heading1"/>
      </w:pPr>
      <w:r>
        <w:t>Section D: Banking Details</w:t>
      </w:r>
    </w:p>
    <w:p w14:paraId="3E71CF2B" w14:textId="77777777" w:rsidR="00F82805" w:rsidRDefault="005C6F12">
      <w:r>
        <w:t>Account Holder: _____________________</w:t>
      </w:r>
    </w:p>
    <w:p w14:paraId="2F256F53" w14:textId="77777777" w:rsidR="00F82805" w:rsidRDefault="005C6F12">
      <w:r>
        <w:t>Bank: ______________________________</w:t>
      </w:r>
    </w:p>
    <w:p w14:paraId="4A2CA0AA" w14:textId="77777777" w:rsidR="00F82805" w:rsidRDefault="005C6F12">
      <w:r>
        <w:t>Branch Code: _______________________</w:t>
      </w:r>
    </w:p>
    <w:p w14:paraId="2D1C679C" w14:textId="77777777" w:rsidR="00F82805" w:rsidRDefault="005C6F12">
      <w:r>
        <w:t>Account Number: ____________________</w:t>
      </w:r>
    </w:p>
    <w:p w14:paraId="35BF9AF2" w14:textId="77777777" w:rsidR="00F82805" w:rsidRDefault="005C6F12">
      <w:r>
        <w:t>Account Type: ______________________</w:t>
      </w:r>
    </w:p>
    <w:p w14:paraId="12A81680" w14:textId="77777777" w:rsidR="00F82805" w:rsidRDefault="005C6F12">
      <w:pPr>
        <w:pStyle w:val="Heading1"/>
      </w:pPr>
      <w:r>
        <w:t>Section E: Medical &amp; Accessibility</w:t>
      </w:r>
    </w:p>
    <w:p w14:paraId="49BE9E1E" w14:textId="77777777" w:rsidR="00F369B7" w:rsidRPr="00F369B7" w:rsidRDefault="00F369B7" w:rsidP="00F369B7"/>
    <w:p w14:paraId="5573E525" w14:textId="77777777" w:rsidR="00F82805" w:rsidRDefault="005C6F12">
      <w:r>
        <w:t>Medical Conditions: __________________</w:t>
      </w:r>
    </w:p>
    <w:p w14:paraId="5A2AA291" w14:textId="77777777" w:rsidR="00F82805" w:rsidRDefault="005C6F12">
      <w:r>
        <w:t>Accessibility Needs: ________________</w:t>
      </w:r>
    </w:p>
    <w:p w14:paraId="30AB849F" w14:textId="77777777" w:rsidR="00F82805" w:rsidRDefault="005C6F12">
      <w:pPr>
        <w:pStyle w:val="Heading1"/>
      </w:pPr>
      <w:r>
        <w:t>Section F: Supporting Documents</w:t>
      </w:r>
    </w:p>
    <w:p w14:paraId="3F0B8979" w14:textId="179E951A" w:rsidR="00F82805" w:rsidRDefault="005C6F12">
      <w:r>
        <w:t xml:space="preserve">☐ Certified </w:t>
      </w:r>
      <w:proofErr w:type="gramStart"/>
      <w:r>
        <w:t>ID  ☐</w:t>
      </w:r>
      <w:proofErr w:type="gramEnd"/>
      <w:r>
        <w:t xml:space="preserve"> Proof of </w:t>
      </w:r>
      <w:proofErr w:type="gramStart"/>
      <w:r>
        <w:t>Residence  ☐</w:t>
      </w:r>
      <w:proofErr w:type="gramEnd"/>
      <w:r>
        <w:t xml:space="preserve"> Bank Confirmation  </w:t>
      </w:r>
    </w:p>
    <w:p w14:paraId="38A5CC43" w14:textId="77777777" w:rsidR="00F82805" w:rsidRDefault="005C6F12">
      <w:pPr>
        <w:pStyle w:val="Heading1"/>
      </w:pPr>
      <w:r>
        <w:lastRenderedPageBreak/>
        <w:t>Participant Agreements</w:t>
      </w:r>
    </w:p>
    <w:p w14:paraId="6B98D251" w14:textId="77777777" w:rsidR="00F82805" w:rsidRDefault="005C6F12">
      <w:r>
        <w:t>Code of Conduct: I agree to behave respectfully, follow organisational policies, attend scheduled activities, and protect confidential information.</w:t>
      </w:r>
    </w:p>
    <w:p w14:paraId="60C94E9B" w14:textId="77777777" w:rsidR="00F82805" w:rsidRDefault="005C6F12">
      <w:r>
        <w:t>Communication Consent: ☐ Phone ☐ SMS ☐ WhatsApp ☐ Email</w:t>
      </w:r>
    </w:p>
    <w:p w14:paraId="25D980C7" w14:textId="77777777" w:rsidR="00F82805" w:rsidRDefault="005C6F12">
      <w:r>
        <w:t>Photography Consent: ☐ Yes ☐ No</w:t>
      </w:r>
    </w:p>
    <w:p w14:paraId="242E1E6C" w14:textId="77777777" w:rsidR="00F82805" w:rsidRDefault="005C6F12">
      <w:pPr>
        <w:pStyle w:val="Heading1"/>
      </w:pPr>
      <w:r>
        <w:t>POPIA Consent</w:t>
      </w:r>
    </w:p>
    <w:p w14:paraId="1851DDB1" w14:textId="77777777" w:rsidR="00F82805" w:rsidRDefault="005C6F12">
      <w:r>
        <w:t>I consent to the collection, storage and processing of my personal information for administering this programme, communicating with me, processing payments where applicable, reporting to funders where legally permitted, issuing certificates, and complying with applicable laws. I understand my rights to access, correct, or request deletion of my personal information where applicable.</w:t>
      </w:r>
    </w:p>
    <w:p w14:paraId="17B29B95" w14:textId="77777777" w:rsidR="00F82805" w:rsidRDefault="005C6F12">
      <w:pPr>
        <w:pStyle w:val="Heading1"/>
      </w:pPr>
      <w:r>
        <w:t>Participant Declaration</w:t>
      </w:r>
    </w:p>
    <w:p w14:paraId="3A075329" w14:textId="1557D5C1" w:rsidR="00F82805" w:rsidRDefault="005C6F12">
      <w:r>
        <w:t>I declare that the information provided is true and complete. I agree to the programme rules</w:t>
      </w:r>
      <w:r w:rsidR="00B26311">
        <w:t xml:space="preserve">. I agree that a </w:t>
      </w:r>
      <w:r w:rsidR="00932D79">
        <w:t>30-day</w:t>
      </w:r>
      <w:r w:rsidR="00AA475E">
        <w:t xml:space="preserve"> written notice needs to be provided for cancellation. I agree to the </w:t>
      </w:r>
      <w:r w:rsidR="00932D79">
        <w:t xml:space="preserve">terms and conditions of this program. </w:t>
      </w:r>
    </w:p>
    <w:p w14:paraId="460E0FEE" w14:textId="77777777" w:rsidR="00F82805" w:rsidRDefault="005C6F12">
      <w:r>
        <w:t>Participant Name: __________________________</w:t>
      </w:r>
    </w:p>
    <w:p w14:paraId="72DFD9F0" w14:textId="77777777" w:rsidR="00F369B7" w:rsidRDefault="005C6F12" w:rsidP="00F369B7">
      <w:r>
        <w:t>Signature: ____________________   Date: ____________________</w:t>
      </w:r>
    </w:p>
    <w:p w14:paraId="42059B4D" w14:textId="4F791322" w:rsidR="00F82805" w:rsidRDefault="005C6F12" w:rsidP="00F369B7">
      <w:r>
        <w:t>Parent/Guardian Consent (Under 18)</w:t>
      </w:r>
    </w:p>
    <w:p w14:paraId="6C23AD44" w14:textId="77777777" w:rsidR="00F82805" w:rsidRDefault="005C6F12">
      <w:r>
        <w:t>Parent/Guardian: ____________________</w:t>
      </w:r>
    </w:p>
    <w:p w14:paraId="2FBAF0CE" w14:textId="77777777" w:rsidR="00F82805" w:rsidRDefault="005C6F12">
      <w:r>
        <w:t>Relationship: ____________________</w:t>
      </w:r>
    </w:p>
    <w:p w14:paraId="31B4E647" w14:textId="77777777" w:rsidR="00F82805" w:rsidRDefault="005C6F12">
      <w:r>
        <w:t>Signature: ____________________</w:t>
      </w:r>
    </w:p>
    <w:p w14:paraId="15BD1213" w14:textId="28D549B1" w:rsidR="00FC18A0" w:rsidRDefault="00FC18A0">
      <w:pPr>
        <w:pStyle w:val="Heading1"/>
      </w:pPr>
      <w:r>
        <w:t xml:space="preserve">Once-off fee </w:t>
      </w:r>
      <w:r w:rsidR="00C203B7">
        <w:t xml:space="preserve">of amount R200 </w:t>
      </w:r>
      <w:r w:rsidR="00975723">
        <w:t>(Two</w:t>
      </w:r>
      <w:r w:rsidR="00C203B7">
        <w:t xml:space="preserve">-Hundred only) to be paid </w:t>
      </w:r>
      <w:r w:rsidR="00F252F4">
        <w:t>upon signing the above document</w:t>
      </w:r>
      <w:r w:rsidR="00B73CDE">
        <w:t xml:space="preserve"> payable via EFT or</w:t>
      </w:r>
      <w:r w:rsidR="00AC3D3A">
        <w:t xml:space="preserve"> direct transfer </w:t>
      </w:r>
      <w:r w:rsidR="00695031">
        <w:t xml:space="preserve">using a swift code. A proof of payment needs to be provided via email </w:t>
      </w:r>
      <w:r w:rsidR="00793661">
        <w:t xml:space="preserve">to </w:t>
      </w:r>
      <w:hyperlink r:id="rId9" w:history="1">
        <w:r w:rsidR="00793661" w:rsidRPr="0092322F">
          <w:rPr>
            <w:rStyle w:val="Hyperlink"/>
          </w:rPr>
          <w:t>info@thestorywithinme.co.za</w:t>
        </w:r>
      </w:hyperlink>
    </w:p>
    <w:p w14:paraId="7998CB63" w14:textId="77777777" w:rsidR="00FC18A0" w:rsidRDefault="00FC18A0">
      <w:pPr>
        <w:pStyle w:val="Heading1"/>
      </w:pPr>
    </w:p>
    <w:p w14:paraId="03F30AA9" w14:textId="2C093DE9" w:rsidR="00F82805" w:rsidRDefault="005C6F12">
      <w:pPr>
        <w:pStyle w:val="Heading1"/>
      </w:pPr>
      <w:r>
        <w:t>Office Use Only</w:t>
      </w:r>
    </w:p>
    <w:p w14:paraId="1DECB935" w14:textId="77777777" w:rsidR="00F82805" w:rsidRDefault="005C6F12">
      <w:r>
        <w:t>Reference No.: ____________________</w:t>
      </w:r>
    </w:p>
    <w:p w14:paraId="1D89E87E" w14:textId="77777777" w:rsidR="00F82805" w:rsidRDefault="005C6F12">
      <w:r>
        <w:t>Status: Approved / Pending / Declined</w:t>
      </w:r>
    </w:p>
    <w:p w14:paraId="4EA8F321" w14:textId="77777777" w:rsidR="00F82805" w:rsidRDefault="005C6F12">
      <w:r>
        <w:t>Received By: ____________________</w:t>
      </w:r>
    </w:p>
    <w:p w14:paraId="20828B42" w14:textId="381D1DC3" w:rsidR="00C21DD6" w:rsidRDefault="005C6F12" w:rsidP="00B33BD4">
      <w:r>
        <w:t>Comments:</w:t>
      </w:r>
      <w:r>
        <w:br/>
        <w:t>________________________________</w:t>
      </w:r>
    </w:p>
    <w:sectPr w:rsidR="00C21DD6" w:rsidSect="00307D4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6C0E6" w14:textId="77777777" w:rsidR="00135F89" w:rsidRDefault="00135F89" w:rsidP="00F369B7">
      <w:pPr>
        <w:spacing w:after="0" w:line="240" w:lineRule="auto"/>
      </w:pPr>
      <w:r>
        <w:separator/>
      </w:r>
    </w:p>
  </w:endnote>
  <w:endnote w:type="continuationSeparator" w:id="0">
    <w:p w14:paraId="2B3CF9F0" w14:textId="77777777" w:rsidR="00135F89" w:rsidRDefault="00135F89" w:rsidP="00F36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07678" w14:textId="77777777" w:rsidR="00135F89" w:rsidRDefault="00135F89" w:rsidP="00F369B7">
      <w:pPr>
        <w:spacing w:after="0" w:line="240" w:lineRule="auto"/>
      </w:pPr>
      <w:r>
        <w:separator/>
      </w:r>
    </w:p>
  </w:footnote>
  <w:footnote w:type="continuationSeparator" w:id="0">
    <w:p w14:paraId="51AFC7AB" w14:textId="77777777" w:rsidR="00135F89" w:rsidRDefault="00135F89" w:rsidP="00F36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29074241">
    <w:abstractNumId w:val="8"/>
  </w:num>
  <w:num w:numId="2" w16cid:durableId="1887838721">
    <w:abstractNumId w:val="6"/>
  </w:num>
  <w:num w:numId="3" w16cid:durableId="362364370">
    <w:abstractNumId w:val="5"/>
  </w:num>
  <w:num w:numId="4" w16cid:durableId="1732921189">
    <w:abstractNumId w:val="4"/>
  </w:num>
  <w:num w:numId="5" w16cid:durableId="1320689952">
    <w:abstractNumId w:val="7"/>
  </w:num>
  <w:num w:numId="6" w16cid:durableId="908688369">
    <w:abstractNumId w:val="3"/>
  </w:num>
  <w:num w:numId="7" w16cid:durableId="260649158">
    <w:abstractNumId w:val="2"/>
  </w:num>
  <w:num w:numId="8" w16cid:durableId="304050868">
    <w:abstractNumId w:val="1"/>
  </w:num>
  <w:num w:numId="9" w16cid:durableId="983781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5F89"/>
    <w:rsid w:val="0015074B"/>
    <w:rsid w:val="001B2916"/>
    <w:rsid w:val="001F75E3"/>
    <w:rsid w:val="0029639D"/>
    <w:rsid w:val="00307D49"/>
    <w:rsid w:val="00326F90"/>
    <w:rsid w:val="00450670"/>
    <w:rsid w:val="00477E0D"/>
    <w:rsid w:val="00484F0B"/>
    <w:rsid w:val="00583F16"/>
    <w:rsid w:val="005C6F12"/>
    <w:rsid w:val="00695031"/>
    <w:rsid w:val="00793661"/>
    <w:rsid w:val="00932D79"/>
    <w:rsid w:val="009754D4"/>
    <w:rsid w:val="00975723"/>
    <w:rsid w:val="009B653E"/>
    <w:rsid w:val="00AA1D8D"/>
    <w:rsid w:val="00AA475E"/>
    <w:rsid w:val="00AC3D3A"/>
    <w:rsid w:val="00AE5A2E"/>
    <w:rsid w:val="00B26311"/>
    <w:rsid w:val="00B33BD4"/>
    <w:rsid w:val="00B47730"/>
    <w:rsid w:val="00B73CDE"/>
    <w:rsid w:val="00C203B7"/>
    <w:rsid w:val="00C21DD6"/>
    <w:rsid w:val="00CB0664"/>
    <w:rsid w:val="00CD544C"/>
    <w:rsid w:val="00D75FA5"/>
    <w:rsid w:val="00DC23BE"/>
    <w:rsid w:val="00E677D1"/>
    <w:rsid w:val="00E737BB"/>
    <w:rsid w:val="00F252F4"/>
    <w:rsid w:val="00F369B7"/>
    <w:rsid w:val="00F82805"/>
    <w:rsid w:val="00FC18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501A02"/>
  <w14:defaultImageDpi w14:val="300"/>
  <w15:docId w15:val="{0AF00F9B-30B5-410B-982D-89A5B57C9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93661"/>
    <w:rPr>
      <w:color w:val="0000FF" w:themeColor="hyperlink"/>
      <w:u w:val="single"/>
    </w:rPr>
  </w:style>
  <w:style w:type="character" w:styleId="UnresolvedMention">
    <w:name w:val="Unresolved Mention"/>
    <w:basedOn w:val="DefaultParagraphFont"/>
    <w:uiPriority w:val="99"/>
    <w:semiHidden/>
    <w:unhideWhenUsed/>
    <w:rsid w:val="00793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thestorywithinm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thestorywithinme@outlook.com</cp:lastModifiedBy>
  <cp:revision>28</cp:revision>
  <dcterms:created xsi:type="dcterms:W3CDTF">2026-07-12T11:50:00Z</dcterms:created>
  <dcterms:modified xsi:type="dcterms:W3CDTF">2026-07-12T12:33:00Z</dcterms:modified>
  <cp:category/>
</cp:coreProperties>
</file>