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6C6FA4" w14:textId="77777777" w:rsidR="009D7224" w:rsidRDefault="003F5D48">
      <w:pPr>
        <w:pStyle w:val="Title"/>
        <w:jc w:val="center"/>
      </w:pPr>
      <w:r>
        <w:t>DEBIT ORDER MANDATE &amp; AUTHORITY</w:t>
      </w:r>
    </w:p>
    <w:p w14:paraId="6803E222" w14:textId="7630155F" w:rsidR="009D7224" w:rsidRDefault="003F5D48">
      <w:pPr>
        <w:jc w:val="center"/>
      </w:pPr>
      <w:r>
        <w:t>Authorization</w:t>
      </w:r>
      <w:r>
        <w:t xml:space="preserve"> for Recurring Debit Order Collections</w:t>
      </w:r>
    </w:p>
    <w:p w14:paraId="7807206B" w14:textId="77777777" w:rsidR="009D7224" w:rsidRDefault="003F5D48">
      <w:pPr>
        <w:pStyle w:val="Heading1"/>
      </w:pPr>
      <w:r>
        <w:t>Organisation Details</w:t>
      </w:r>
    </w:p>
    <w:p w14:paraId="4473A28E" w14:textId="77777777" w:rsidR="009D7224" w:rsidRDefault="003F5D48">
      <w:r>
        <w:t>Organisation Name: __________________________________________</w:t>
      </w:r>
    </w:p>
    <w:p w14:paraId="232FFAD4" w14:textId="77777777" w:rsidR="009D7224" w:rsidRDefault="003F5D48">
      <w:r>
        <w:t>Registration Number: __________________________________________</w:t>
      </w:r>
    </w:p>
    <w:p w14:paraId="02B6574F" w14:textId="77777777" w:rsidR="009D7224" w:rsidRDefault="003F5D48">
      <w:r>
        <w:t>Physical Address: __________________________________________</w:t>
      </w:r>
    </w:p>
    <w:p w14:paraId="28401F55" w14:textId="77777777" w:rsidR="009D7224" w:rsidRDefault="003F5D48">
      <w:r>
        <w:t>Telephone: __________________________________________</w:t>
      </w:r>
    </w:p>
    <w:p w14:paraId="3EFECB1C" w14:textId="77777777" w:rsidR="009D7224" w:rsidRDefault="003F5D48">
      <w:r>
        <w:t>Email: __________________________________________</w:t>
      </w:r>
    </w:p>
    <w:p w14:paraId="4FC2C9BD" w14:textId="77777777" w:rsidR="009D7224" w:rsidRDefault="003F5D48">
      <w:pPr>
        <w:pStyle w:val="Heading1"/>
      </w:pPr>
      <w:r>
        <w:t>Participant / Customer Details</w:t>
      </w:r>
    </w:p>
    <w:p w14:paraId="7EC225F5" w14:textId="77777777" w:rsidR="009D7224" w:rsidRDefault="003F5D48">
      <w:r>
        <w:t>Full Name: __________________________________________</w:t>
      </w:r>
    </w:p>
    <w:p w14:paraId="79372116" w14:textId="77777777" w:rsidR="009D7224" w:rsidRDefault="003F5D48">
      <w:r>
        <w:t>ID/Passport Number: __________________________________________</w:t>
      </w:r>
    </w:p>
    <w:p w14:paraId="52FD3736" w14:textId="77777777" w:rsidR="009D7224" w:rsidRDefault="003F5D48">
      <w:r>
        <w:t>Participant/Customer Number: __________________________________________</w:t>
      </w:r>
    </w:p>
    <w:p w14:paraId="573BF3F3" w14:textId="77777777" w:rsidR="009D7224" w:rsidRDefault="003F5D48">
      <w:r>
        <w:t>Residential Address: __________________________________________</w:t>
      </w:r>
    </w:p>
    <w:p w14:paraId="320A893F" w14:textId="77777777" w:rsidR="009D7224" w:rsidRDefault="003F5D48">
      <w:r>
        <w:t>Email Address: __________________________________________</w:t>
      </w:r>
    </w:p>
    <w:p w14:paraId="593FF2CD" w14:textId="77777777" w:rsidR="009D7224" w:rsidRDefault="003F5D48">
      <w:r>
        <w:t>Mobile Number: __________________________________________</w:t>
      </w:r>
    </w:p>
    <w:p w14:paraId="0552962A" w14:textId="77777777" w:rsidR="009D7224" w:rsidRDefault="003F5D48">
      <w:pPr>
        <w:pStyle w:val="Heading1"/>
      </w:pPr>
      <w:r>
        <w:t>Banking Details</w:t>
      </w:r>
    </w:p>
    <w:p w14:paraId="4C578E1E" w14:textId="77777777" w:rsidR="009D7224" w:rsidRDefault="003F5D48">
      <w:r>
        <w:t>Account Holder Name: __________________________________________</w:t>
      </w:r>
    </w:p>
    <w:p w14:paraId="55F3EBF7" w14:textId="77777777" w:rsidR="009D7224" w:rsidRDefault="003F5D48">
      <w:r>
        <w:t>Bank Name: __________________________________________</w:t>
      </w:r>
    </w:p>
    <w:p w14:paraId="09B03F1F" w14:textId="77777777" w:rsidR="009D7224" w:rsidRDefault="003F5D48">
      <w:r>
        <w:t>Branch Name: __________________________________________</w:t>
      </w:r>
    </w:p>
    <w:p w14:paraId="49723A50" w14:textId="77777777" w:rsidR="009D7224" w:rsidRDefault="003F5D48">
      <w:r>
        <w:t>Branch Code: __________________________________________</w:t>
      </w:r>
    </w:p>
    <w:p w14:paraId="3E33F5CA" w14:textId="77777777" w:rsidR="009D7224" w:rsidRDefault="003F5D48">
      <w:r>
        <w:t>Account Number: __________________________________________</w:t>
      </w:r>
    </w:p>
    <w:p w14:paraId="6A692158" w14:textId="77777777" w:rsidR="009D7224" w:rsidRDefault="003F5D48">
      <w:r>
        <w:t>Account Type (Savings/Cheque/Transmission/Other): __________________________________________</w:t>
      </w:r>
    </w:p>
    <w:p w14:paraId="0695AFEC" w14:textId="77777777" w:rsidR="003F5D48" w:rsidRDefault="003F5D48">
      <w:pPr>
        <w:pStyle w:val="Heading1"/>
      </w:pPr>
    </w:p>
    <w:p w14:paraId="5E311A70" w14:textId="5DCC6D9B" w:rsidR="009D7224" w:rsidRDefault="003F5D48">
      <w:pPr>
        <w:pStyle w:val="Heading1"/>
      </w:pPr>
      <w:r>
        <w:t>Debit Order Details</w:t>
      </w:r>
    </w:p>
    <w:p w14:paraId="1CD022FD" w14:textId="77777777" w:rsidR="009D7224" w:rsidRDefault="003F5D48">
      <w:r>
        <w:t>Mandate Reference: __________________________________________</w:t>
      </w:r>
    </w:p>
    <w:p w14:paraId="77DB17C0" w14:textId="77777777" w:rsidR="009D7224" w:rsidRDefault="003F5D48">
      <w:r>
        <w:t>Amount (R): __________________________________________</w:t>
      </w:r>
    </w:p>
    <w:p w14:paraId="2B2B2AC5" w14:textId="77777777" w:rsidR="009D7224" w:rsidRDefault="003F5D48">
      <w:r>
        <w:t>Frequency: __________________________________________</w:t>
      </w:r>
    </w:p>
    <w:p w14:paraId="32149186" w14:textId="77777777" w:rsidR="009D7224" w:rsidRDefault="003F5D48">
      <w:r>
        <w:t>Debit Day: __________________________________________</w:t>
      </w:r>
    </w:p>
    <w:p w14:paraId="5A1F7FDE" w14:textId="77777777" w:rsidR="009D7224" w:rsidRDefault="003F5D48">
      <w:r>
        <w:t>First Collection Date: __________________________________________</w:t>
      </w:r>
    </w:p>
    <w:p w14:paraId="05795EB7" w14:textId="77777777" w:rsidR="009D7224" w:rsidRDefault="003F5D48">
      <w:r>
        <w:t>Final Collection Date (if applicable): __________________________________________</w:t>
      </w:r>
    </w:p>
    <w:p w14:paraId="1C3337A6" w14:textId="77777777" w:rsidR="009D7224" w:rsidRDefault="003F5D48">
      <w:r>
        <w:t>Reason for Debit: __________________________________________</w:t>
      </w:r>
    </w:p>
    <w:p w14:paraId="73EA9260" w14:textId="77777777" w:rsidR="009D7224" w:rsidRDefault="003F5D48">
      <w:pPr>
        <w:pStyle w:val="Heading1"/>
      </w:pPr>
      <w:r>
        <w:t>Authority and Mandate</w:t>
      </w:r>
    </w:p>
    <w:p w14:paraId="08FE5A20" w14:textId="77777777" w:rsidR="009D7224" w:rsidRDefault="003F5D48">
      <w:r>
        <w:t>I hereby authorise the Organisation to instruct its bank or authorised payment service provider to collect the agreed amount from my bank account on the agreed dates. This authority remains in force until cancelled in writing in accordance with the underlying agreement. I understand that I must ensure sufficient funds are available and that this mandate does not cancel my contractual obligations.</w:t>
      </w:r>
    </w:p>
    <w:p w14:paraId="20D42ACF" w14:textId="77777777" w:rsidR="009D7224" w:rsidRDefault="003F5D48">
      <w:pPr>
        <w:pStyle w:val="Heading1"/>
      </w:pPr>
      <w:r>
        <w:t>POPIA Consent</w:t>
      </w:r>
    </w:p>
    <w:p w14:paraId="067B0EFC" w14:textId="77777777" w:rsidR="009D7224" w:rsidRDefault="003F5D48">
      <w:r>
        <w:t>I consent to the collection and processing of my personal and banking information solely for administering this debit order and related contractual obligations in accordance with the Protection of Personal Information Act, 2013 (Act No. 4 of 2013).</w:t>
      </w:r>
    </w:p>
    <w:p w14:paraId="39FA8D79" w14:textId="77777777" w:rsidR="009D7224" w:rsidRDefault="003F5D48">
      <w:pPr>
        <w:pStyle w:val="Heading1"/>
      </w:pPr>
      <w:r>
        <w:t>Customer Declaration</w:t>
      </w:r>
    </w:p>
    <w:p w14:paraId="5C123013" w14:textId="77777777" w:rsidR="009D7224" w:rsidRDefault="003F5D48">
      <w:r>
        <w:t>I confirm the information provided is accurate and that I am authorised to sign this mandate.</w:t>
      </w:r>
    </w:p>
    <w:p w14:paraId="40CB2FEE" w14:textId="77777777" w:rsidR="009D7224" w:rsidRDefault="003F5D48">
      <w:r>
        <w:t>Account Holder Name: __________________________________________</w:t>
      </w:r>
    </w:p>
    <w:p w14:paraId="4DFA8DEF" w14:textId="77777777" w:rsidR="009D7224" w:rsidRDefault="003F5D48">
      <w:r>
        <w:t>Signature: __________________________________________</w:t>
      </w:r>
    </w:p>
    <w:p w14:paraId="2023E6D0" w14:textId="77777777" w:rsidR="009D7224" w:rsidRDefault="003F5D48">
      <w:r>
        <w:t>Date: __________________________________________</w:t>
      </w:r>
    </w:p>
    <w:p w14:paraId="5FB5DBAA" w14:textId="77777777" w:rsidR="003F5D48" w:rsidRDefault="003F5D48">
      <w:pPr>
        <w:pStyle w:val="Heading1"/>
      </w:pPr>
    </w:p>
    <w:p w14:paraId="1C5A7D00" w14:textId="378AB7B1" w:rsidR="009D7224" w:rsidRDefault="003F5D48">
      <w:pPr>
        <w:pStyle w:val="Heading1"/>
      </w:pPr>
      <w:proofErr w:type="spellStart"/>
      <w:r>
        <w:t>Organisation</w:t>
      </w:r>
      <w:proofErr w:type="spellEnd"/>
      <w:r>
        <w:t xml:space="preserve"> Acceptance</w:t>
      </w:r>
    </w:p>
    <w:p w14:paraId="567A2EC2" w14:textId="77777777" w:rsidR="009D7224" w:rsidRDefault="003F5D48">
      <w:r>
        <w:t>Received By: __________________________________________</w:t>
      </w:r>
    </w:p>
    <w:p w14:paraId="2860A670" w14:textId="77777777" w:rsidR="009D7224" w:rsidRDefault="003F5D48">
      <w:r>
        <w:t>Position: __________________________________________</w:t>
      </w:r>
    </w:p>
    <w:p w14:paraId="1EDDE7FD" w14:textId="77777777" w:rsidR="009D7224" w:rsidRDefault="003F5D48">
      <w:r>
        <w:t>Signature: __________________________________________</w:t>
      </w:r>
    </w:p>
    <w:p w14:paraId="42198B75" w14:textId="77777777" w:rsidR="009D7224" w:rsidRDefault="003F5D48">
      <w:r>
        <w:t>Date: __________________________________________</w:t>
      </w:r>
    </w:p>
    <w:p w14:paraId="6907EA55" w14:textId="77777777" w:rsidR="009D7224" w:rsidRDefault="003F5D48">
      <w:pPr>
        <w:pStyle w:val="Heading1"/>
      </w:pPr>
      <w:r>
        <w:t>Office Use Only</w:t>
      </w:r>
    </w:p>
    <w:p w14:paraId="6FB5AF1E" w14:textId="77777777" w:rsidR="009D7224" w:rsidRDefault="003F5D48">
      <w:r>
        <w:t>Mandate Reference: __________________________________________</w:t>
      </w:r>
    </w:p>
    <w:p w14:paraId="280C15D9" w14:textId="77777777" w:rsidR="009D7224" w:rsidRDefault="003F5D48">
      <w:r>
        <w:t>Agreement Number: __________________________________________</w:t>
      </w:r>
    </w:p>
    <w:p w14:paraId="72AEFAB9" w14:textId="77777777" w:rsidR="009D7224" w:rsidRDefault="003F5D48">
      <w:r>
        <w:t>Captured By: __________________________________________</w:t>
      </w:r>
    </w:p>
    <w:p w14:paraId="3DD583B1" w14:textId="77777777" w:rsidR="009D7224" w:rsidRDefault="003F5D48">
      <w:r>
        <w:t>Verified By: __________________________________________</w:t>
      </w:r>
    </w:p>
    <w:p w14:paraId="4329FA23" w14:textId="77777777" w:rsidR="009D7224" w:rsidRDefault="003F5D48">
      <w:r>
        <w:t>Verification Date: __________________________________________</w:t>
      </w:r>
    </w:p>
    <w:sectPr w:rsidR="009D7224" w:rsidSect="00034616">
      <w:headerReference w:type="default" r:id="rId8"/>
      <w:footerReference w:type="default" r:id="rId9"/>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AB70F1" w14:textId="77777777" w:rsidR="003F5D48" w:rsidRDefault="003F5D48">
      <w:pPr>
        <w:spacing w:after="0" w:line="240" w:lineRule="auto"/>
      </w:pPr>
      <w:r>
        <w:separator/>
      </w:r>
    </w:p>
  </w:endnote>
  <w:endnote w:type="continuationSeparator" w:id="0">
    <w:p w14:paraId="29FD79FB" w14:textId="77777777" w:rsidR="003F5D48" w:rsidRDefault="003F5D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3A974F" w14:textId="77777777" w:rsidR="009D7224" w:rsidRDefault="003F5D48">
    <w:pPr>
      <w:pStyle w:val="Footer"/>
    </w:pPr>
    <w:r>
      <w:t>Debit Order Mandate &amp; Authority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19B7C4" w14:textId="77777777" w:rsidR="003F5D48" w:rsidRDefault="003F5D48">
      <w:pPr>
        <w:spacing w:after="0" w:line="240" w:lineRule="auto"/>
      </w:pPr>
      <w:r>
        <w:separator/>
      </w:r>
    </w:p>
  </w:footnote>
  <w:footnote w:type="continuationSeparator" w:id="0">
    <w:p w14:paraId="37A835D9" w14:textId="77777777" w:rsidR="003F5D48" w:rsidRDefault="003F5D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D6BCD9" w14:textId="35AAFFDE" w:rsidR="009D7224" w:rsidRDefault="003F5D48">
    <w:pPr>
      <w:pStyle w:val="Header"/>
    </w:pPr>
    <w:proofErr w:type="spellStart"/>
    <w:r>
      <w:t>TheStoryWithinMe</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124080918">
    <w:abstractNumId w:val="8"/>
  </w:num>
  <w:num w:numId="2" w16cid:durableId="932586428">
    <w:abstractNumId w:val="6"/>
  </w:num>
  <w:num w:numId="3" w16cid:durableId="1254514735">
    <w:abstractNumId w:val="5"/>
  </w:num>
  <w:num w:numId="4" w16cid:durableId="1872723432">
    <w:abstractNumId w:val="4"/>
  </w:num>
  <w:num w:numId="5" w16cid:durableId="117375921">
    <w:abstractNumId w:val="7"/>
  </w:num>
  <w:num w:numId="6" w16cid:durableId="64226401">
    <w:abstractNumId w:val="3"/>
  </w:num>
  <w:num w:numId="7" w16cid:durableId="1172137390">
    <w:abstractNumId w:val="2"/>
  </w:num>
  <w:num w:numId="8" w16cid:durableId="344481506">
    <w:abstractNumId w:val="1"/>
  </w:num>
  <w:num w:numId="9" w16cid:durableId="6285112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3F5D48"/>
    <w:rsid w:val="009D7224"/>
    <w:rsid w:val="00AA1D8D"/>
    <w:rsid w:val="00B47730"/>
    <w:rsid w:val="00CB0664"/>
    <w:rsid w:val="00E6662A"/>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C937012"/>
  <w14:defaultImageDpi w14:val="300"/>
  <w15:docId w15:val="{3EC96A01-B487-4A74-B1AE-D667A818A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472</Words>
  <Characters>2694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3160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thestorywithinme@outlook.com</cp:lastModifiedBy>
  <cp:revision>2</cp:revision>
  <dcterms:created xsi:type="dcterms:W3CDTF">2026-07-12T11:57:00Z</dcterms:created>
  <dcterms:modified xsi:type="dcterms:W3CDTF">2026-07-12T11:57:00Z</dcterms:modified>
  <cp:category/>
</cp:coreProperties>
</file>